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163E32"/>
          <w:sz w:val="28"/>
        </w:rPr>
        <w:t>WNIOSEK O UDOSTĘPNIENIE DANYCH TECHNICZNYCH BUDYNKU</w:t>
      </w:r>
    </w:p>
    <w:p>
      <w:pPr>
        <w:jc w:val="center"/>
      </w:pPr>
      <w:r>
        <w:rPr>
          <w:i/>
          <w:sz w:val="18"/>
        </w:rPr>
        <w:t>do wspólnoty mieszkaniowej - na potrzeby sporządzenia świadectwa charakterystyki energetycznej</w:t>
      </w:r>
    </w:p>
    <w:p>
      <w:r>
        <w:t>Zwracam się z prośbą do wspólnoty mieszkaniowej o udostępnienie dostępnych informacji technicznych dotyczących budynku, w którym znajduje się wskazany poniżej lokal. Dane zostaną wykorzystane wyłącznie do przygotowania świadectwa charakterystyki energetycznej.</w:t>
      </w:r>
    </w:p>
    <w:p>
      <w:pPr>
        <w:spacing w:after="80"/>
      </w:pPr>
      <w:r>
        <w:rPr>
          <w:b/>
        </w:rPr>
        <w:t xml:space="preserve">Imię i nazwisko właściciela / osoby uprawnionej: </w:t>
      </w:r>
      <w:r>
        <w:t>........................................................................................................</w:t>
      </w:r>
    </w:p>
    <w:p>
      <w:pPr>
        <w:spacing w:after="80"/>
      </w:pPr>
      <w:r>
        <w:rPr>
          <w:b/>
        </w:rPr>
        <w:t xml:space="preserve">Adres lokalu: </w:t>
      </w:r>
      <w:r>
        <w:t>........................................................................................................</w:t>
      </w:r>
    </w:p>
    <w:p>
      <w:pPr>
        <w:spacing w:after="80"/>
      </w:pPr>
      <w:r>
        <w:rPr>
          <w:b/>
        </w:rPr>
        <w:t xml:space="preserve">Numer lokalu: </w:t>
      </w:r>
      <w:r>
        <w:t>........................................................................................................</w:t>
      </w:r>
    </w:p>
    <w:p>
      <w:pPr>
        <w:spacing w:after="80"/>
      </w:pPr>
      <w:r>
        <w:rPr>
          <w:b/>
        </w:rPr>
        <w:t xml:space="preserve">Telefon / e-mail do kontaktu: </w:t>
      </w:r>
      <w:r>
        <w:t>........................................................................................................</w:t>
      </w:r>
    </w:p>
    <w:p>
      <w:r>
        <w:rPr>
          <w:b/>
        </w:rPr>
        <w:t>Proszę o przekazanie, w zakresie w jakim dane są dostępne:</w:t>
      </w:r>
    </w:p>
    <w:p>
      <w:pPr>
        <w:pStyle w:val="ListBullet"/>
        <w:spacing w:after="20"/>
      </w:pPr>
      <w:r>
        <w:t>rok budowy / oddania budynku do użytkowania oraz informacje o termomodernizacjach;</w:t>
      </w:r>
    </w:p>
    <w:p>
      <w:pPr>
        <w:pStyle w:val="ListBullet"/>
        <w:spacing w:after="20"/>
      </w:pPr>
      <w:r>
        <w:t>materiał i przybliżona grubość ścian zewnętrznych oraz rodzaj i grubość ocieplenia;</w:t>
      </w:r>
    </w:p>
    <w:p>
      <w:pPr>
        <w:pStyle w:val="ListBullet"/>
        <w:spacing w:after="20"/>
      </w:pPr>
      <w:r>
        <w:t>rodzaj stropu nad ostatnią kondygnacją i stropu nad piwnicą / garażem oraz informacje o izolacji;</w:t>
      </w:r>
    </w:p>
    <w:p>
      <w:pPr>
        <w:pStyle w:val="ListBullet"/>
        <w:spacing w:after="20"/>
      </w:pPr>
      <w:r>
        <w:t>źródło ogrzewania budynku i lokalu oraz podstawowe informacje o instalacji;</w:t>
      </w:r>
    </w:p>
    <w:p>
      <w:pPr>
        <w:pStyle w:val="ListBullet"/>
        <w:spacing w:after="20"/>
      </w:pPr>
      <w:r>
        <w:t>źródło przygotowania ciepłej wody użytkowej;</w:t>
      </w:r>
    </w:p>
    <w:p>
      <w:pPr>
        <w:pStyle w:val="ListBullet"/>
        <w:spacing w:after="20"/>
      </w:pPr>
      <w:r>
        <w:t>rodzaj wentylacji (grawitacyjna, mechaniczna, z odzyskiem ciepła);</w:t>
      </w:r>
    </w:p>
    <w:p>
      <w:pPr>
        <w:pStyle w:val="ListBullet"/>
        <w:spacing w:after="20"/>
      </w:pPr>
      <w:r>
        <w:t>podstawowe informacje o oknach, jeżeli są dostępne (materiał ram, liczba szyb);</w:t>
      </w:r>
    </w:p>
    <w:p>
      <w:pPr>
        <w:pStyle w:val="ListBullet"/>
        <w:spacing w:after="20"/>
      </w:pPr>
      <w:r>
        <w:t>dostępne rzuty, przekroje, projekt budowlany lub inną dokumentację techniczną;</w:t>
      </w:r>
    </w:p>
    <w:p>
      <w:pPr>
        <w:pStyle w:val="ListBullet"/>
        <w:spacing w:after="20"/>
      </w:pPr>
      <w:r>
        <w:t>kopię świadectwa charakterystyki energetycznej budynku, jeśli zostało sporządzone.</w:t>
      </w:r>
    </w:p>
    <w:p>
      <w:r>
        <w:t>Forma przekazania: e-mail, skan, kopia dokumentacji lub informacja tekstowa - w zakresie, w jakim dane są dostępne.</w:t>
      </w:r>
    </w:p>
    <w:p>
      <w:r>
        <w:rPr>
          <w:b/>
        </w:rPr>
        <w:t xml:space="preserve">Proszę o przesłanie odpowiedzi na e-mail: </w:t>
      </w:r>
      <w:r>
        <w:t>................................................................................................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5100"/>
          </w:tcPr>
          <w:p>
            <w:pPr>
              <w:jc w:val="center"/>
            </w:pPr>
            <w:r>
              <w:t>Miejscowość i data</w:t>
            </w:r>
          </w:p>
        </w:tc>
        <w:tc>
          <w:tcPr>
            <w:tcW w:type="dxa" w:w="5100"/>
          </w:tcPr>
          <w:p>
            <w:pPr>
              <w:jc w:val="center"/>
            </w:pPr>
            <w:r>
              <w:t>Podpis wnioskodawcy</w:t>
            </w:r>
          </w:p>
        </w:tc>
      </w:tr>
      <w:tr>
        <w:tc>
          <w:tcPr>
            <w:tcW w:type="dxa" w:w="5100"/>
          </w:tcPr>
          <w:p>
            <w:pPr>
              <w:jc w:val="center"/>
            </w:pPr>
            <w:r>
              <w:t>................................................</w:t>
            </w:r>
          </w:p>
        </w:tc>
        <w:tc>
          <w:tcPr>
            <w:tcW w:type="dxa" w:w="5100"/>
          </w:tcPr>
          <w:p>
            <w:pPr>
              <w:jc w:val="center"/>
            </w:pPr>
            <w:r>
              <w:t>................................................</w:t>
            </w:r>
          </w:p>
        </w:tc>
      </w:tr>
    </w:tbl>
    <w:p>
      <w:pPr>
        <w:spacing w:before="160"/>
      </w:pPr>
      <w:r>
        <w:rPr>
          <w:b/>
          <w:color w:val="287A55"/>
          <w:sz w:val="18"/>
        </w:rPr>
        <w:t>Twój EkoAudyt - po otrzymaniu danych możesz przesłać dokumenty bezpośrednio w formularzu zamówienia online.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64" w:right="1020" w:bottom="964" w:left="1020" w:header="403" w:footer="40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b w:val="0"/>
        <w:color w:val="667A73"/>
        <w:sz w:val="16"/>
      </w:rPr>
      <w:t>twoj-ekoaudyt.pl  •  Świadectwa energetyczne online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tblW w:type="auto" w:w="0"/>
      <w:jc w:val="center"/>
      <w:tblLook w:firstColumn="1" w:firstRow="1" w:lastColumn="0" w:lastRow="0" w:noHBand="0" w:noVBand="1" w:val="04A0"/>
    </w:tblPr>
    <w:tblGrid>
      <w:gridCol w:w="864"/>
      <w:gridCol w:w="8496"/>
    </w:tblGrid>
    <w:tr>
      <w:tc>
        <w:tcPr>
          <w:tcW w:type="dxa" w:w="5100"/>
          <w:vAlign w:val="center"/>
          <w:tcMar>
            <w:top w:w="50" w:type="dxa"/>
            <w:start w:w="30" w:type="dxa"/>
            <w:bottom w:w="55" w:type="dxa"/>
            <w:end w:w="30" w:type="dxa"/>
          </w:tcMar>
          <w:tcBorders>
            <w:bottom w:val="single" w:sz="10" w:space="0" w:color="87C93D"/>
          </w:tcBorders>
        </w:tcPr>
        <w:p>
          <w:pPr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384048" cy="384048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twoj-ekoaudyt-logo-email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84048" cy="384048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5100"/>
          <w:vAlign w:val="center"/>
          <w:tcMar>
            <w:top w:w="50" w:type="dxa"/>
            <w:start w:w="30" w:type="dxa"/>
            <w:bottom w:w="55" w:type="dxa"/>
            <w:end w:w="30" w:type="dxa"/>
          </w:tcMar>
          <w:tcBorders>
            <w:bottom w:val="single" w:sz="10" w:space="0" w:color="87C93D"/>
          </w:tcBorders>
        </w:tcPr>
        <w:p>
          <w:pPr>
            <w:jc w:val="right"/>
          </w:pPr>
          <w:r>
            <w:rPr>
              <w:rFonts w:ascii="Arial" w:hAnsi="Arial"/>
              <w:b/>
              <w:color w:val="0B3D33"/>
              <w:sz w:val="20"/>
            </w:rPr>
            <w:t>Twój EkoAudyt</w:t>
          </w:r>
          <w:r>
            <w:br/>
          </w:r>
          <w:r>
            <w:rPr>
              <w:rFonts w:ascii="Arial" w:hAnsi="Arial"/>
              <w:b w:val="0"/>
              <w:color w:val="557168"/>
              <w:sz w:val="16"/>
            </w:rPr>
            <w:t>biuro@twoj-ekoaudyt.pl  •  +48 533 350 140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Wzór pisma pomocniczego do świadectwa energetycznego</dc:subject>
  <dc:creator>Twój EkoAudyt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